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F167E" w:rsidRDefault="00811D96">
      <w:pPr>
        <w:keepNext/>
        <w:spacing w:after="240"/>
      </w:pPr>
      <w:r>
        <w:rPr>
          <w:b/>
          <w:color w:val="1B365D"/>
          <w:sz w:val="36"/>
        </w:rPr>
        <w:t>Švietimo pagalba: Specialiojo pedagogo paslaugos</w:t>
      </w:r>
    </w:p>
    <w:p w:rsidR="008F167E" w:rsidRDefault="00811D96" w:rsidP="00494651">
      <w:pPr>
        <w:spacing w:after="240"/>
        <w:jc w:val="both"/>
      </w:pPr>
      <w:r>
        <w:t>Specialusis pedagogas teikia pagalbą mokiniams, turintiems mokymosi sunkumų, sutrikimų ar specialiųjų ugdymosi poreikių. Specialisto tikslas – padėti kiekvienam vaikui sėkmingai įsisavinti mokomąją medžiagą, atskleisti jo galias ir pasiekti geriausių įmanomų ugdymosi rezultatų.</w:t>
      </w:r>
    </w:p>
    <w:p w:rsidR="008F167E" w:rsidRDefault="00811D96" w:rsidP="00494651">
      <w:pPr>
        <w:keepNext/>
        <w:spacing w:before="240" w:after="120"/>
      </w:pPr>
      <w:r>
        <w:rPr>
          <w:b/>
          <w:color w:val="2B6CB0"/>
          <w:sz w:val="28"/>
        </w:rPr>
        <w:t>1. Kontaktai ir darbo laikas</w:t>
      </w:r>
    </w:p>
    <w:p w:rsidR="008F167E" w:rsidRDefault="00811D96">
      <w:pPr>
        <w:pStyle w:val="Sraassuenkleliais"/>
        <w:spacing w:after="60"/>
      </w:pPr>
      <w:proofErr w:type="spellStart"/>
      <w:r>
        <w:rPr>
          <w:b/>
        </w:rPr>
        <w:t>Specialistė</w:t>
      </w:r>
      <w:proofErr w:type="spellEnd"/>
      <w:r>
        <w:rPr>
          <w:b/>
        </w:rPr>
        <w:t xml:space="preserve"> (-as):</w:t>
      </w:r>
      <w:r>
        <w:t xml:space="preserve"> </w:t>
      </w:r>
      <w:proofErr w:type="spellStart"/>
      <w:r w:rsidR="0042558C">
        <w:t>Andželika</w:t>
      </w:r>
      <w:proofErr w:type="spellEnd"/>
      <w:r w:rsidR="0042558C">
        <w:t xml:space="preserve"> Teresa </w:t>
      </w:r>
      <w:proofErr w:type="spellStart"/>
      <w:r w:rsidR="0042558C">
        <w:t>Jachimovič</w:t>
      </w:r>
      <w:proofErr w:type="spellEnd"/>
    </w:p>
    <w:p w:rsidR="008F167E" w:rsidRDefault="00811D96">
      <w:pPr>
        <w:pStyle w:val="Sraassuenkleliais"/>
        <w:spacing w:after="60"/>
      </w:pPr>
      <w:proofErr w:type="spellStart"/>
      <w:r>
        <w:rPr>
          <w:b/>
        </w:rPr>
        <w:t>Kabinetas</w:t>
      </w:r>
      <w:proofErr w:type="spellEnd"/>
      <w:r>
        <w:rPr>
          <w:b/>
        </w:rPr>
        <w:t>:</w:t>
      </w:r>
      <w:r>
        <w:t xml:space="preserve"> II</w:t>
      </w:r>
      <w:r w:rsidR="0042558C">
        <w:t>I</w:t>
      </w:r>
      <w:r>
        <w:t xml:space="preserve"> </w:t>
      </w:r>
      <w:proofErr w:type="spellStart"/>
      <w:r>
        <w:t>aukštas</w:t>
      </w:r>
      <w:proofErr w:type="spellEnd"/>
      <w:r>
        <w:t xml:space="preserve">, </w:t>
      </w:r>
      <w:proofErr w:type="spellStart"/>
      <w:r w:rsidR="0042558C">
        <w:t>Specialiojo</w:t>
      </w:r>
      <w:proofErr w:type="spellEnd"/>
      <w:r w:rsidR="0042558C">
        <w:t xml:space="preserve"> </w:t>
      </w:r>
      <w:proofErr w:type="spellStart"/>
      <w:r w:rsidR="0042558C">
        <w:t>pedagogo</w:t>
      </w:r>
      <w:proofErr w:type="spellEnd"/>
    </w:p>
    <w:p w:rsidR="008F167E" w:rsidRDefault="00811D96">
      <w:pPr>
        <w:pStyle w:val="Sraassuenkleliais"/>
        <w:spacing w:after="60"/>
      </w:pPr>
      <w:r>
        <w:rPr>
          <w:b/>
        </w:rPr>
        <w:t xml:space="preserve">El. </w:t>
      </w:r>
      <w:proofErr w:type="spellStart"/>
      <w:r>
        <w:rPr>
          <w:b/>
        </w:rPr>
        <w:t>paštas</w:t>
      </w:r>
      <w:proofErr w:type="spellEnd"/>
      <w:r>
        <w:rPr>
          <w:b/>
        </w:rPr>
        <w:t>:</w:t>
      </w:r>
      <w:r>
        <w:t xml:space="preserve"> </w:t>
      </w:r>
      <w:r w:rsidR="0042558C">
        <w:t xml:space="preserve">TAMO </w:t>
      </w:r>
      <w:proofErr w:type="spellStart"/>
      <w:r w:rsidR="0042558C">
        <w:t>dienynas</w:t>
      </w:r>
      <w:proofErr w:type="spellEnd"/>
    </w:p>
    <w:p w:rsidR="008F167E" w:rsidRDefault="00811D96">
      <w:pPr>
        <w:pStyle w:val="Sraassuenkleliais"/>
        <w:spacing w:after="60"/>
      </w:pPr>
      <w:proofErr w:type="spellStart"/>
      <w:r>
        <w:rPr>
          <w:b/>
        </w:rPr>
        <w:t>Telefonas</w:t>
      </w:r>
      <w:proofErr w:type="spellEnd"/>
      <w:r>
        <w:rPr>
          <w:b/>
        </w:rPr>
        <w:t>:</w:t>
      </w:r>
      <w:r>
        <w:t xml:space="preserve"> </w:t>
      </w:r>
      <w:r w:rsidR="00494651">
        <w:t>-</w:t>
      </w:r>
    </w:p>
    <w:p w:rsidR="008F167E" w:rsidRDefault="00811D96">
      <w:pPr>
        <w:keepNext/>
        <w:spacing w:before="120" w:after="120"/>
      </w:pPr>
      <w:r>
        <w:rPr>
          <w:b/>
          <w:color w:val="2D3748"/>
          <w:sz w:val="24"/>
        </w:rPr>
        <w:t>Darbo ir konsultacijų grafikas</w:t>
      </w:r>
    </w:p>
    <w:tbl>
      <w:tblPr>
        <w:tblW w:w="0" w:type="auto"/>
        <w:jc w:val="center"/>
        <w:tblBorders>
          <w:top w:val="single" w:sz="4" w:space="0" w:color="CBD5E0"/>
          <w:left w:val="single" w:sz="4" w:space="0" w:color="CBD5E0"/>
          <w:bottom w:val="single" w:sz="4" w:space="0" w:color="CBD5E0"/>
          <w:right w:val="single" w:sz="4" w:space="0" w:color="CBD5E0"/>
          <w:insideH w:val="single" w:sz="4" w:space="0" w:color="CBD5E0"/>
          <w:insideV w:val="single" w:sz="4" w:space="0" w:color="CBD5E0"/>
        </w:tblBorders>
        <w:tblLook w:val="04A0" w:firstRow="1" w:lastRow="0" w:firstColumn="1" w:lastColumn="0" w:noHBand="0" w:noVBand="1"/>
      </w:tblPr>
      <w:tblGrid>
        <w:gridCol w:w="3117"/>
        <w:gridCol w:w="3116"/>
        <w:gridCol w:w="3117"/>
      </w:tblGrid>
      <w:tr w:rsidR="008F167E">
        <w:trPr>
          <w:jc w:val="center"/>
        </w:trPr>
        <w:tc>
          <w:tcPr>
            <w:tcW w:w="3120" w:type="dxa"/>
            <w:shd w:val="clear" w:color="auto" w:fill="1B365D"/>
          </w:tcPr>
          <w:p w:rsidR="008F167E" w:rsidRDefault="00811D96">
            <w:r>
              <w:rPr>
                <w:b/>
                <w:color w:val="FFFFFF"/>
                <w:sz w:val="20"/>
              </w:rPr>
              <w:t>Darbo diena</w:t>
            </w:r>
          </w:p>
        </w:tc>
        <w:tc>
          <w:tcPr>
            <w:tcW w:w="3120" w:type="dxa"/>
            <w:shd w:val="clear" w:color="auto" w:fill="1B365D"/>
          </w:tcPr>
          <w:p w:rsidR="008F167E" w:rsidRDefault="00811D96">
            <w:r>
              <w:rPr>
                <w:b/>
                <w:color w:val="FFFFFF"/>
                <w:sz w:val="20"/>
              </w:rPr>
              <w:t>Darbo laikas</w:t>
            </w:r>
          </w:p>
        </w:tc>
        <w:tc>
          <w:tcPr>
            <w:tcW w:w="3120" w:type="dxa"/>
            <w:shd w:val="clear" w:color="auto" w:fill="1B365D"/>
          </w:tcPr>
          <w:p w:rsidR="008F167E" w:rsidRDefault="00811D96">
            <w:r>
              <w:rPr>
                <w:b/>
                <w:color w:val="FFFFFF"/>
                <w:sz w:val="20"/>
              </w:rPr>
              <w:t>Konsultacijos tėvams / mokytojams</w:t>
            </w:r>
          </w:p>
        </w:tc>
      </w:tr>
      <w:tr w:rsidR="008F167E">
        <w:trPr>
          <w:jc w:val="center"/>
        </w:trPr>
        <w:tc>
          <w:tcPr>
            <w:tcW w:w="3120" w:type="dxa"/>
          </w:tcPr>
          <w:p w:rsidR="008F167E" w:rsidRDefault="00811D96">
            <w:pPr>
              <w:spacing w:before="40" w:after="40"/>
            </w:pPr>
            <w:r>
              <w:rPr>
                <w:b/>
                <w:sz w:val="20"/>
              </w:rPr>
              <w:t>Pirmadienis</w:t>
            </w:r>
          </w:p>
        </w:tc>
        <w:tc>
          <w:tcPr>
            <w:tcW w:w="3120" w:type="dxa"/>
          </w:tcPr>
          <w:p w:rsidR="008F167E" w:rsidRDefault="00811D96">
            <w:pPr>
              <w:spacing w:before="40" w:after="40"/>
            </w:pPr>
            <w:r>
              <w:rPr>
                <w:sz w:val="20"/>
              </w:rPr>
              <w:t>0</w:t>
            </w:r>
            <w:r w:rsidR="00F95E43">
              <w:rPr>
                <w:sz w:val="20"/>
              </w:rPr>
              <w:t>7</w:t>
            </w:r>
            <w:r>
              <w:rPr>
                <w:sz w:val="20"/>
              </w:rPr>
              <w:t>:00 – 1</w:t>
            </w:r>
            <w:r w:rsidR="0042558C">
              <w:rPr>
                <w:sz w:val="20"/>
              </w:rPr>
              <w:t>0</w:t>
            </w:r>
            <w:r>
              <w:rPr>
                <w:sz w:val="20"/>
              </w:rPr>
              <w:t>:00</w:t>
            </w:r>
          </w:p>
        </w:tc>
        <w:tc>
          <w:tcPr>
            <w:tcW w:w="3120" w:type="dxa"/>
          </w:tcPr>
          <w:p w:rsidR="008F167E" w:rsidRDefault="00F95E43">
            <w:pPr>
              <w:spacing w:before="40" w:after="40"/>
            </w:pPr>
            <w:r>
              <w:rPr>
                <w:sz w:val="20"/>
              </w:rPr>
              <w:t>7:30 – 8:00</w:t>
            </w:r>
          </w:p>
        </w:tc>
      </w:tr>
      <w:tr w:rsidR="008F167E">
        <w:trPr>
          <w:jc w:val="center"/>
        </w:trPr>
        <w:tc>
          <w:tcPr>
            <w:tcW w:w="3120" w:type="dxa"/>
            <w:shd w:val="clear" w:color="auto" w:fill="F7FAFC"/>
          </w:tcPr>
          <w:p w:rsidR="008F167E" w:rsidRDefault="00811D96">
            <w:pPr>
              <w:spacing w:before="40" w:after="40"/>
            </w:pPr>
            <w:r>
              <w:rPr>
                <w:b/>
                <w:sz w:val="20"/>
              </w:rPr>
              <w:t>Antradienis</w:t>
            </w:r>
          </w:p>
        </w:tc>
        <w:tc>
          <w:tcPr>
            <w:tcW w:w="3120" w:type="dxa"/>
            <w:shd w:val="clear" w:color="auto" w:fill="F7FAFC"/>
          </w:tcPr>
          <w:p w:rsidR="008F167E" w:rsidRDefault="00811D96">
            <w:pPr>
              <w:spacing w:before="40" w:after="40"/>
            </w:pPr>
            <w:r>
              <w:rPr>
                <w:sz w:val="20"/>
              </w:rPr>
              <w:t>0</w:t>
            </w:r>
            <w:r w:rsidR="00F95E43">
              <w:rPr>
                <w:sz w:val="20"/>
              </w:rPr>
              <w:t>7</w:t>
            </w:r>
            <w:r>
              <w:rPr>
                <w:sz w:val="20"/>
              </w:rPr>
              <w:t>:00 – 1</w:t>
            </w:r>
            <w:r w:rsidR="00F95E43">
              <w:rPr>
                <w:sz w:val="20"/>
              </w:rPr>
              <w:t>6</w:t>
            </w:r>
            <w:r>
              <w:rPr>
                <w:sz w:val="20"/>
              </w:rPr>
              <w:t>:00</w:t>
            </w:r>
          </w:p>
        </w:tc>
        <w:tc>
          <w:tcPr>
            <w:tcW w:w="3120" w:type="dxa"/>
            <w:shd w:val="clear" w:color="auto" w:fill="F7FAFC"/>
          </w:tcPr>
          <w:p w:rsidR="008F167E" w:rsidRDefault="00811D96">
            <w:pPr>
              <w:spacing w:before="40" w:after="40"/>
            </w:pPr>
            <w:r>
              <w:rPr>
                <w:sz w:val="20"/>
              </w:rPr>
              <w:t>14:00 – 1</w:t>
            </w:r>
            <w:r w:rsidR="00F95E43">
              <w:rPr>
                <w:sz w:val="20"/>
              </w:rPr>
              <w:t>5</w:t>
            </w:r>
            <w:r>
              <w:rPr>
                <w:sz w:val="20"/>
              </w:rPr>
              <w:t>:00</w:t>
            </w:r>
          </w:p>
        </w:tc>
      </w:tr>
      <w:tr w:rsidR="008F167E">
        <w:trPr>
          <w:jc w:val="center"/>
        </w:trPr>
        <w:tc>
          <w:tcPr>
            <w:tcW w:w="3120" w:type="dxa"/>
          </w:tcPr>
          <w:p w:rsidR="008F167E" w:rsidRDefault="00811D96">
            <w:pPr>
              <w:spacing w:before="40" w:after="40"/>
            </w:pPr>
            <w:r>
              <w:rPr>
                <w:b/>
                <w:sz w:val="20"/>
              </w:rPr>
              <w:t>Trečiadienis</w:t>
            </w:r>
          </w:p>
        </w:tc>
        <w:tc>
          <w:tcPr>
            <w:tcW w:w="3120" w:type="dxa"/>
          </w:tcPr>
          <w:p w:rsidR="008F167E" w:rsidRDefault="008F167E">
            <w:pPr>
              <w:spacing w:before="40" w:after="40"/>
            </w:pPr>
          </w:p>
        </w:tc>
        <w:tc>
          <w:tcPr>
            <w:tcW w:w="3120" w:type="dxa"/>
          </w:tcPr>
          <w:p w:rsidR="008F167E" w:rsidRDefault="008F167E">
            <w:pPr>
              <w:spacing w:before="40" w:after="40"/>
            </w:pPr>
          </w:p>
        </w:tc>
      </w:tr>
      <w:tr w:rsidR="008F167E">
        <w:trPr>
          <w:jc w:val="center"/>
        </w:trPr>
        <w:tc>
          <w:tcPr>
            <w:tcW w:w="3120" w:type="dxa"/>
            <w:shd w:val="clear" w:color="auto" w:fill="F7FAFC"/>
          </w:tcPr>
          <w:p w:rsidR="008F167E" w:rsidRDefault="00811D96">
            <w:pPr>
              <w:spacing w:before="40" w:after="40"/>
            </w:pPr>
            <w:r>
              <w:rPr>
                <w:b/>
                <w:sz w:val="20"/>
              </w:rPr>
              <w:t>Ketvirtadienis</w:t>
            </w:r>
          </w:p>
        </w:tc>
        <w:tc>
          <w:tcPr>
            <w:tcW w:w="3120" w:type="dxa"/>
            <w:shd w:val="clear" w:color="auto" w:fill="F7FAFC"/>
          </w:tcPr>
          <w:p w:rsidR="008F167E" w:rsidRDefault="00811D96">
            <w:pPr>
              <w:spacing w:before="40" w:after="40"/>
            </w:pPr>
            <w:r>
              <w:rPr>
                <w:sz w:val="20"/>
              </w:rPr>
              <w:t>0</w:t>
            </w:r>
            <w:r w:rsidR="00F95E43">
              <w:rPr>
                <w:sz w:val="20"/>
              </w:rPr>
              <w:t>7</w:t>
            </w:r>
            <w:r>
              <w:rPr>
                <w:sz w:val="20"/>
              </w:rPr>
              <w:t>:00 – 1</w:t>
            </w:r>
            <w:r w:rsidR="00F95E43">
              <w:rPr>
                <w:sz w:val="20"/>
              </w:rPr>
              <w:t>6</w:t>
            </w:r>
            <w:r>
              <w:rPr>
                <w:sz w:val="20"/>
              </w:rPr>
              <w:t>:00</w:t>
            </w:r>
          </w:p>
        </w:tc>
        <w:tc>
          <w:tcPr>
            <w:tcW w:w="3120" w:type="dxa"/>
            <w:shd w:val="clear" w:color="auto" w:fill="F7FAFC"/>
          </w:tcPr>
          <w:p w:rsidR="008F167E" w:rsidRDefault="00811D96">
            <w:pPr>
              <w:spacing w:before="40" w:after="40"/>
            </w:pPr>
            <w:r>
              <w:rPr>
                <w:sz w:val="20"/>
              </w:rPr>
              <w:t>14:00 – 15:00</w:t>
            </w:r>
          </w:p>
        </w:tc>
      </w:tr>
      <w:tr w:rsidR="008F167E">
        <w:trPr>
          <w:jc w:val="center"/>
        </w:trPr>
        <w:tc>
          <w:tcPr>
            <w:tcW w:w="3120" w:type="dxa"/>
          </w:tcPr>
          <w:p w:rsidR="008F167E" w:rsidRDefault="00811D96">
            <w:pPr>
              <w:spacing w:before="40" w:after="40"/>
            </w:pPr>
            <w:r>
              <w:rPr>
                <w:b/>
                <w:sz w:val="20"/>
              </w:rPr>
              <w:t>Penktadienis</w:t>
            </w:r>
          </w:p>
        </w:tc>
        <w:tc>
          <w:tcPr>
            <w:tcW w:w="3120" w:type="dxa"/>
          </w:tcPr>
          <w:p w:rsidR="008F167E" w:rsidRDefault="00811D96">
            <w:pPr>
              <w:spacing w:before="40" w:after="40"/>
            </w:pPr>
            <w:r>
              <w:rPr>
                <w:sz w:val="20"/>
              </w:rPr>
              <w:t>0</w:t>
            </w:r>
            <w:r w:rsidR="00F95E43">
              <w:rPr>
                <w:sz w:val="20"/>
              </w:rPr>
              <w:t>7</w:t>
            </w:r>
            <w:r>
              <w:rPr>
                <w:sz w:val="20"/>
              </w:rPr>
              <w:t>:00 – 13:00</w:t>
            </w:r>
          </w:p>
        </w:tc>
        <w:tc>
          <w:tcPr>
            <w:tcW w:w="3120" w:type="dxa"/>
          </w:tcPr>
          <w:p w:rsidR="008F167E" w:rsidRDefault="00811D96">
            <w:pPr>
              <w:spacing w:before="40" w:after="40"/>
            </w:pPr>
            <w:r>
              <w:rPr>
                <w:sz w:val="20"/>
              </w:rPr>
              <w:t>1</w:t>
            </w:r>
            <w:r w:rsidR="00F95E43">
              <w:rPr>
                <w:sz w:val="20"/>
              </w:rPr>
              <w:t>2</w:t>
            </w:r>
            <w:r>
              <w:rPr>
                <w:sz w:val="20"/>
              </w:rPr>
              <w:t>:00 – 1</w:t>
            </w:r>
            <w:r w:rsidR="00F95E43">
              <w:rPr>
                <w:sz w:val="20"/>
              </w:rPr>
              <w:t>3</w:t>
            </w:r>
            <w:r>
              <w:rPr>
                <w:sz w:val="20"/>
              </w:rPr>
              <w:t>:00</w:t>
            </w:r>
          </w:p>
        </w:tc>
      </w:tr>
    </w:tbl>
    <w:p w:rsidR="008F167E" w:rsidRDefault="00811D96">
      <w:pPr>
        <w:spacing w:before="120" w:after="240"/>
      </w:pPr>
      <w:r>
        <w:rPr>
          <w:i/>
          <w:sz w:val="20"/>
        </w:rPr>
        <w:t>Pastaba: Dėl konsultacijų laiko tėvelius prašome suderinti iš anksto el. paštu arba per dienyną.</w:t>
      </w:r>
    </w:p>
    <w:p w:rsidR="008F167E" w:rsidRDefault="00811D96">
      <w:pPr>
        <w:keepNext/>
        <w:spacing w:before="240" w:after="120"/>
      </w:pPr>
      <w:r>
        <w:rPr>
          <w:b/>
          <w:color w:val="2B6CB0"/>
          <w:sz w:val="28"/>
        </w:rPr>
        <w:t>2. Teikiama pagalba ir funkcijos</w:t>
      </w:r>
    </w:p>
    <w:p w:rsidR="008F167E" w:rsidRDefault="00811D96" w:rsidP="0042558C">
      <w:pPr>
        <w:pStyle w:val="Sraassuenkleliais"/>
        <w:spacing w:after="80"/>
        <w:jc w:val="both"/>
      </w:pPr>
      <w:r>
        <w:rPr>
          <w:b/>
        </w:rPr>
        <w:t xml:space="preserve">Veda specialiąsias pratybas: </w:t>
      </w:r>
      <w:r>
        <w:t>Individualiai arba mažose grupėse padeda mokiniams lavinti sutrikusias funkcijas (skaitymo, rašymo įgūdžius, matematinį mąstymą, dėmesio sutelkimą).</w:t>
      </w:r>
    </w:p>
    <w:p w:rsidR="0042558C" w:rsidRPr="0042558C" w:rsidRDefault="0042558C" w:rsidP="0042558C">
      <w:pPr>
        <w:pStyle w:val="Sraassuenkleliais"/>
        <w:spacing w:after="80"/>
        <w:jc w:val="both"/>
        <w:rPr>
          <w:lang w:val="lt-LT"/>
        </w:rPr>
      </w:pPr>
      <w:r w:rsidRPr="0042558C">
        <w:rPr>
          <w:rStyle w:val="Grietas"/>
          <w:lang w:val="lt-LT"/>
        </w:rPr>
        <w:t>Teikia specialiąją pedagoginę pagalbą pamokose</w:t>
      </w:r>
      <w:r w:rsidR="00811D96" w:rsidRPr="0042558C">
        <w:rPr>
          <w:b/>
          <w:lang w:val="lt-LT"/>
        </w:rPr>
        <w:t xml:space="preserve">: </w:t>
      </w:r>
      <w:r w:rsidRPr="0042558C">
        <w:rPr>
          <w:lang w:val="lt-LT"/>
        </w:rPr>
        <w:t>Esant poreikiui, padeda mokiniui suprasti ir atlikti mokytojo pateiktas užduotis, orientuotis mokymosi veikloje, taiko mokiniui tinkamus pagalbos būdus</w:t>
      </w:r>
    </w:p>
    <w:p w:rsidR="008F167E" w:rsidRDefault="0042558C" w:rsidP="0042558C">
      <w:pPr>
        <w:pStyle w:val="Sraassuenkleliais"/>
        <w:spacing w:after="80"/>
        <w:jc w:val="both"/>
      </w:pPr>
      <w:r w:rsidRPr="0042558C">
        <w:rPr>
          <w:rStyle w:val="Grietas"/>
          <w:lang w:val="lt-LT"/>
        </w:rPr>
        <w:t>Dalyvauja pritaikant ugdymo turinį, programas ir mokomąją medžiagą</w:t>
      </w:r>
      <w:r w:rsidR="00811D96" w:rsidRPr="0042558C">
        <w:rPr>
          <w:b/>
          <w:lang w:val="lt-LT"/>
        </w:rPr>
        <w:t xml:space="preserve">: </w:t>
      </w:r>
      <w:r w:rsidR="00811D96" w:rsidRPr="0042558C">
        <w:rPr>
          <w:lang w:val="lt-LT"/>
        </w:rPr>
        <w:t>Padeda mokytojams parengti pritaikytas ar</w:t>
      </w:r>
      <w:r w:rsidRPr="0042558C">
        <w:rPr>
          <w:lang w:val="lt-LT"/>
        </w:rPr>
        <w:t>ba</w:t>
      </w:r>
      <w:r w:rsidR="00811D96" w:rsidRPr="0042558C">
        <w:rPr>
          <w:lang w:val="lt-LT"/>
        </w:rPr>
        <w:t xml:space="preserve"> individualizuotas mokomąsias </w:t>
      </w:r>
      <w:proofErr w:type="spellStart"/>
      <w:r w:rsidR="00811D96" w:rsidRPr="0042558C">
        <w:rPr>
          <w:lang w:val="lt-LT"/>
        </w:rPr>
        <w:t>progras</w:t>
      </w:r>
      <w:proofErr w:type="spellEnd"/>
      <w:r w:rsidR="00811D96" w:rsidRPr="0042558C">
        <w:rPr>
          <w:lang w:val="lt-LT"/>
        </w:rPr>
        <w:t>, parinkti tinkamus vadovėlius bei užduotis</w:t>
      </w:r>
      <w:r w:rsidR="00811D96">
        <w:t>.</w:t>
      </w:r>
    </w:p>
    <w:p w:rsidR="008F167E" w:rsidRDefault="0042558C" w:rsidP="00F95E43">
      <w:pPr>
        <w:pStyle w:val="Sraassuenkleliais"/>
        <w:spacing w:after="80"/>
        <w:jc w:val="both"/>
      </w:pPr>
      <w:r w:rsidRPr="00F95E43">
        <w:rPr>
          <w:rStyle w:val="Grietas"/>
          <w:lang w:val="lt-LT"/>
        </w:rPr>
        <w:t>Vertina mokinio ugdymosi pasiekimus, gebėjimus, mokymosi sunkumus</w:t>
      </w:r>
      <w:r w:rsidR="00811D96">
        <w:rPr>
          <w:b/>
        </w:rPr>
        <w:t xml:space="preserve">: </w:t>
      </w:r>
      <w:r w:rsidR="00811D96">
        <w:t>Atlieka pirminį mokinio gebėjimų vertinimą, nustato mokymosi sunkumų priežastis ir teikia rekomendacijas Vaiko gerovės komisijai.</w:t>
      </w:r>
    </w:p>
    <w:p w:rsidR="008F167E" w:rsidRDefault="00F95E43" w:rsidP="00F95E43">
      <w:pPr>
        <w:pStyle w:val="Sraassuenkleliais"/>
        <w:spacing w:after="80"/>
        <w:jc w:val="both"/>
      </w:pPr>
      <w:r w:rsidRPr="00F95E43">
        <w:rPr>
          <w:rStyle w:val="Grietas"/>
          <w:lang w:val="lt-LT"/>
        </w:rPr>
        <w:t>Konsultuoja mokinius, jų tėvus (globėjus, rūpintojus), mokytojus ir kitus specialistus dėl mokinio ugdymosi poreikių ir mokymosi sunkumų</w:t>
      </w:r>
      <w:r w:rsidR="00811D96" w:rsidRPr="00F95E43">
        <w:rPr>
          <w:b/>
          <w:lang w:val="lt-LT"/>
        </w:rPr>
        <w:t>:</w:t>
      </w:r>
      <w:r w:rsidR="00811D96">
        <w:rPr>
          <w:b/>
        </w:rPr>
        <w:t xml:space="preserve"> </w:t>
      </w:r>
      <w:proofErr w:type="spellStart"/>
      <w:r w:rsidR="00811D96">
        <w:t>Pataria</w:t>
      </w:r>
      <w:proofErr w:type="spellEnd"/>
      <w:r w:rsidR="00811D96">
        <w:t xml:space="preserve"> </w:t>
      </w:r>
      <w:proofErr w:type="spellStart"/>
      <w:r w:rsidR="00811D96">
        <w:t>tėvams</w:t>
      </w:r>
      <w:proofErr w:type="spellEnd"/>
      <w:r w:rsidR="00811D96">
        <w:t xml:space="preserve"> </w:t>
      </w:r>
      <w:proofErr w:type="spellStart"/>
      <w:r w:rsidR="00811D96">
        <w:t>ir</w:t>
      </w:r>
      <w:proofErr w:type="spellEnd"/>
      <w:r w:rsidR="00811D96">
        <w:t xml:space="preserve"> </w:t>
      </w:r>
      <w:proofErr w:type="spellStart"/>
      <w:r w:rsidR="00811D96">
        <w:t>mokytojams</w:t>
      </w:r>
      <w:proofErr w:type="spellEnd"/>
      <w:r w:rsidR="00811D96">
        <w:t>, kako bendromis jėgomis padėti vaikui mokytis namuose ir klasėje.</w:t>
      </w:r>
    </w:p>
    <w:p w:rsidR="008F167E" w:rsidRDefault="00811D96">
      <w:pPr>
        <w:keepNext/>
        <w:spacing w:before="240" w:after="120"/>
      </w:pPr>
      <w:r>
        <w:rPr>
          <w:b/>
          <w:color w:val="2B6CB0"/>
          <w:sz w:val="28"/>
        </w:rPr>
        <w:lastRenderedPageBreak/>
        <w:t>3. Kaip mokiniui skiriama specialiojo pedagogo pagalba?</w:t>
      </w:r>
    </w:p>
    <w:p w:rsidR="008F167E" w:rsidRDefault="00811D96">
      <w:pPr>
        <w:spacing w:after="80"/>
        <w:ind w:left="360"/>
      </w:pPr>
      <w:r>
        <w:rPr>
          <w:b/>
        </w:rPr>
        <w:t xml:space="preserve">1. Sunkumų pastebėjimas: </w:t>
      </w:r>
      <w:r>
        <w:t>Mokytojai arba patys tėvai pastebi, kad vaikui nesiseka pasiekti programoje numatytų rezultatų.</w:t>
      </w:r>
    </w:p>
    <w:p w:rsidR="00F95E43" w:rsidRPr="00494651" w:rsidRDefault="00811D96" w:rsidP="00494651">
      <w:pPr>
        <w:spacing w:after="80"/>
        <w:ind w:left="360"/>
        <w:jc w:val="both"/>
        <w:rPr>
          <w:b/>
          <w:lang w:val="lt-LT"/>
        </w:rPr>
      </w:pPr>
      <w:r>
        <w:rPr>
          <w:b/>
        </w:rPr>
        <w:t xml:space="preserve">2. Pirminis vertinimas: </w:t>
      </w:r>
      <w:r>
        <w:t xml:space="preserve">Gavus tėvų sutikimą, </w:t>
      </w:r>
      <w:r w:rsidRPr="00494651">
        <w:rPr>
          <w:lang w:val="lt-LT"/>
        </w:rPr>
        <w:t xml:space="preserve">mokyklos specialusis pedagogas </w:t>
      </w:r>
      <w:r w:rsidR="00F95E43" w:rsidRPr="00494651">
        <w:rPr>
          <w:lang w:val="lt-LT"/>
        </w:rPr>
        <w:t>atlieka pirminį mokinio gebėjimų vertinimą</w:t>
      </w:r>
      <w:r w:rsidR="00F95E43" w:rsidRPr="00494651">
        <w:rPr>
          <w:b/>
          <w:lang w:val="lt-LT"/>
        </w:rPr>
        <w:t xml:space="preserve"> </w:t>
      </w:r>
    </w:p>
    <w:p w:rsidR="008F167E" w:rsidRPr="00494651" w:rsidRDefault="00811D96" w:rsidP="00494651">
      <w:pPr>
        <w:spacing w:after="80"/>
        <w:ind w:left="360"/>
        <w:jc w:val="both"/>
        <w:rPr>
          <w:lang w:val="lt-LT"/>
        </w:rPr>
      </w:pPr>
      <w:r>
        <w:rPr>
          <w:b/>
        </w:rPr>
        <w:t xml:space="preserve">3. Sprendimas: </w:t>
      </w:r>
      <w:r>
        <w:t xml:space="preserve">Mokyklos </w:t>
      </w:r>
      <w:r w:rsidRPr="00494651">
        <w:rPr>
          <w:lang w:val="lt-LT"/>
        </w:rPr>
        <w:t xml:space="preserve">Vaiko gerovės komisija </w:t>
      </w:r>
      <w:r w:rsidR="00494651" w:rsidRPr="00494651">
        <w:rPr>
          <w:lang w:val="lt-LT"/>
        </w:rPr>
        <w:t xml:space="preserve">rekomenduoja skirti </w:t>
      </w:r>
      <w:r w:rsidR="00494651">
        <w:rPr>
          <w:lang w:val="lt-LT"/>
        </w:rPr>
        <w:t xml:space="preserve">laikiną </w:t>
      </w:r>
      <w:r w:rsidR="00494651" w:rsidRPr="00494651">
        <w:rPr>
          <w:lang w:val="lt-LT"/>
        </w:rPr>
        <w:t xml:space="preserve">specialiąją pedagoginę pagalbą </w:t>
      </w:r>
      <w:r w:rsidRPr="00494651">
        <w:rPr>
          <w:lang w:val="lt-LT"/>
        </w:rPr>
        <w:t>arba Pedagoginė psichologinė tarnyba (PPT) rekomenduoja skirti specialiąją pedagoginę pagalbą.</w:t>
      </w:r>
    </w:p>
    <w:p w:rsidR="008F167E" w:rsidRDefault="00811D96" w:rsidP="00494651">
      <w:pPr>
        <w:spacing w:after="80"/>
        <w:ind w:left="360"/>
        <w:jc w:val="both"/>
      </w:pPr>
      <w:r>
        <w:rPr>
          <w:b/>
        </w:rPr>
        <w:t xml:space="preserve">4. </w:t>
      </w:r>
      <w:proofErr w:type="spellStart"/>
      <w:r>
        <w:rPr>
          <w:b/>
        </w:rPr>
        <w:t>Sutikimas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ir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pradžia</w:t>
      </w:r>
      <w:proofErr w:type="spellEnd"/>
      <w:r>
        <w:rPr>
          <w:b/>
        </w:rPr>
        <w:t xml:space="preserve">: </w:t>
      </w:r>
      <w:proofErr w:type="spellStart"/>
      <w:r w:rsidR="00494651" w:rsidRPr="00494651">
        <w:t>S</w:t>
      </w:r>
      <w:r w:rsidRPr="00494651">
        <w:t>udaromas</w:t>
      </w:r>
      <w:proofErr w:type="spellEnd"/>
      <w:r>
        <w:t xml:space="preserve"> </w:t>
      </w:r>
      <w:proofErr w:type="spellStart"/>
      <w:r>
        <w:t>pratybų</w:t>
      </w:r>
      <w:proofErr w:type="spellEnd"/>
      <w:r>
        <w:t xml:space="preserve"> </w:t>
      </w:r>
      <w:proofErr w:type="spellStart"/>
      <w:r>
        <w:t>tvarkaraštis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vaikas</w:t>
      </w:r>
      <w:proofErr w:type="spellEnd"/>
      <w:r>
        <w:t xml:space="preserve"> pradeda lankyti užsiėmimus.</w:t>
      </w:r>
    </w:p>
    <w:p w:rsidR="008F167E" w:rsidRDefault="00811D96">
      <w:pPr>
        <w:keepNext/>
        <w:spacing w:before="240" w:after="120"/>
      </w:pPr>
      <w:r>
        <w:rPr>
          <w:b/>
          <w:color w:val="2B6CB0"/>
          <w:sz w:val="28"/>
        </w:rPr>
        <w:t>4. Dokumentai ir naudingos nuorodos</w:t>
      </w:r>
    </w:p>
    <w:p w:rsidR="008F167E" w:rsidRDefault="00811D96">
      <w:pPr>
        <w:pStyle w:val="Sraassuenkleliais"/>
        <w:spacing w:after="80"/>
      </w:pPr>
      <w:r>
        <w:t>[Nuoroda į sutikimo formą] Prašymo/sutikimo dėl pagalbos teikimo forma (atsisiųsti).</w:t>
      </w:r>
    </w:p>
    <w:p w:rsidR="00494651" w:rsidRDefault="00811D96" w:rsidP="00494651">
      <w:pPr>
        <w:pStyle w:val="Sraassuenkleliais"/>
        <w:spacing w:after="80"/>
      </w:pPr>
      <w:r>
        <w:t xml:space="preserve">[Nuoroda į miesto PPT] [Jūsų miesto/rajono] Pedagoginė psichologinė tarnyba </w:t>
      </w:r>
    </w:p>
    <w:p w:rsidR="008F167E" w:rsidRDefault="00811D96" w:rsidP="00B066EF">
      <w:pPr>
        <w:pStyle w:val="Sraassuenkleliais"/>
        <w:spacing w:after="80"/>
      </w:pPr>
      <w:r>
        <w:t>[</w:t>
      </w:r>
      <w:proofErr w:type="spellStart"/>
      <w:r>
        <w:t>Nuoroda</w:t>
      </w:r>
      <w:proofErr w:type="spellEnd"/>
      <w:r>
        <w:t xml:space="preserve"> į </w:t>
      </w:r>
      <w:proofErr w:type="spellStart"/>
      <w:r>
        <w:t>atmintinę</w:t>
      </w:r>
      <w:proofErr w:type="spellEnd"/>
      <w:r>
        <w:t xml:space="preserve">] </w:t>
      </w:r>
      <w:proofErr w:type="spellStart"/>
      <w:r>
        <w:t>Rekomendacijos</w:t>
      </w:r>
      <w:proofErr w:type="spellEnd"/>
      <w:r>
        <w:t xml:space="preserve"> </w:t>
      </w:r>
      <w:proofErr w:type="spellStart"/>
      <w:r>
        <w:t>tėvams</w:t>
      </w:r>
      <w:proofErr w:type="spellEnd"/>
      <w:r>
        <w:t xml:space="preserve">: </w:t>
      </w:r>
      <w:proofErr w:type="spellStart"/>
      <w:r>
        <w:t>kaip</w:t>
      </w:r>
      <w:proofErr w:type="spellEnd"/>
      <w:r>
        <w:t xml:space="preserve"> </w:t>
      </w:r>
      <w:proofErr w:type="spellStart"/>
      <w:r>
        <w:t>padėti</w:t>
      </w:r>
      <w:proofErr w:type="spellEnd"/>
      <w:r>
        <w:t xml:space="preserve"> </w:t>
      </w:r>
      <w:proofErr w:type="spellStart"/>
      <w:r>
        <w:t>vaikui</w:t>
      </w:r>
      <w:proofErr w:type="spellEnd"/>
      <w:r>
        <w:t xml:space="preserve">, </w:t>
      </w:r>
      <w:proofErr w:type="spellStart"/>
      <w:r>
        <w:t>turinčiam</w:t>
      </w:r>
      <w:proofErr w:type="spellEnd"/>
      <w:r>
        <w:t xml:space="preserve"> </w:t>
      </w:r>
      <w:proofErr w:type="spellStart"/>
      <w:r>
        <w:t>mokymosi</w:t>
      </w:r>
      <w:proofErr w:type="spellEnd"/>
      <w:r>
        <w:t xml:space="preserve"> </w:t>
      </w:r>
      <w:proofErr w:type="spellStart"/>
      <w:r>
        <w:t>sunkumų</w:t>
      </w:r>
      <w:proofErr w:type="spellEnd"/>
      <w:r>
        <w:t>.</w:t>
      </w:r>
    </w:p>
    <w:p w:rsidR="00B066EF" w:rsidRDefault="00B066EF" w:rsidP="00B066EF">
      <w:pPr>
        <w:pStyle w:val="Sraassuenkleliais"/>
        <w:spacing w:after="80"/>
      </w:pPr>
      <w:proofErr w:type="spellStart"/>
      <w:r w:rsidRPr="00B066EF">
        <w:t>Specialiosios</w:t>
      </w:r>
      <w:proofErr w:type="spellEnd"/>
      <w:r w:rsidRPr="00B066EF">
        <w:t xml:space="preserve"> </w:t>
      </w:r>
      <w:proofErr w:type="spellStart"/>
      <w:r w:rsidRPr="00B066EF">
        <w:t>pagalbos</w:t>
      </w:r>
      <w:proofErr w:type="spellEnd"/>
      <w:r w:rsidRPr="00B066EF">
        <w:t xml:space="preserve"> </w:t>
      </w:r>
      <w:proofErr w:type="spellStart"/>
      <w:r w:rsidRPr="00B066EF">
        <w:t>teikimo</w:t>
      </w:r>
      <w:proofErr w:type="spellEnd"/>
      <w:r w:rsidRPr="00B066EF">
        <w:t xml:space="preserve"> </w:t>
      </w:r>
      <w:proofErr w:type="spellStart"/>
      <w:r w:rsidRPr="00B066EF">
        <w:t>mokykloje</w:t>
      </w:r>
      <w:proofErr w:type="spellEnd"/>
      <w:r w:rsidRPr="00B066EF">
        <w:t xml:space="preserve"> </w:t>
      </w:r>
      <w:proofErr w:type="spellStart"/>
      <w:r w:rsidRPr="00B066EF">
        <w:t>tvarkos</w:t>
      </w:r>
      <w:proofErr w:type="spellEnd"/>
      <w:r w:rsidRPr="00B066EF">
        <w:t xml:space="preserve"> aprašas</w:t>
      </w:r>
      <w:bookmarkStart w:id="0" w:name="_GoBack"/>
      <w:bookmarkEnd w:id="0"/>
    </w:p>
    <w:p w:rsidR="00B066EF" w:rsidRDefault="00B066EF" w:rsidP="00B066EF">
      <w:pPr>
        <w:pStyle w:val="Sraassuenkleliais"/>
        <w:numPr>
          <w:ilvl w:val="0"/>
          <w:numId w:val="0"/>
        </w:numPr>
        <w:spacing w:after="80"/>
        <w:ind w:left="360"/>
      </w:pPr>
    </w:p>
    <w:sectPr w:rsidR="00B066EF" w:rsidSect="0003461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modern"/>
    <w:pitch w:val="fixed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Sraassunumeriai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Sraassunumeriai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Sraassuenkleliai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Sraassuenkleliai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Sraassunumeriai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Sraassuenkleliai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9"/>
  <w:proofState w:spelling="clean" w:grammar="clean"/>
  <w:defaultTabStop w:val="720"/>
  <w:hyphenationZone w:val="396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1B4E25"/>
    <w:rsid w:val="0029639D"/>
    <w:rsid w:val="00326F90"/>
    <w:rsid w:val="00370C3B"/>
    <w:rsid w:val="0042558C"/>
    <w:rsid w:val="00494651"/>
    <w:rsid w:val="00527943"/>
    <w:rsid w:val="00811D96"/>
    <w:rsid w:val="008F167E"/>
    <w:rsid w:val="00AA1D8D"/>
    <w:rsid w:val="00B066EF"/>
    <w:rsid w:val="00B47730"/>
    <w:rsid w:val="00CB0664"/>
    <w:rsid w:val="00CC41A7"/>
    <w:rsid w:val="00F95E43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111EA6D"/>
  <w14:defaultImageDpi w14:val="300"/>
  <w15:docId w15:val="{F362B9C3-2B09-4B2E-9026-8ADA27FFCD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rastasis">
    <w:name w:val="Normal"/>
    <w:qFormat/>
    <w:rsid w:val="00FC693F"/>
    <w:rPr>
      <w:rFonts w:ascii="Arial" w:hAnsi="Arial"/>
      <w:color w:val="333333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ntrat2">
    <w:name w:val="heading 2"/>
    <w:basedOn w:val="prastasis"/>
    <w:next w:val="prastasis"/>
    <w:link w:val="Antrat2Diagrama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ntrat3">
    <w:name w:val="heading 3"/>
    <w:basedOn w:val="prastasis"/>
    <w:next w:val="prastasis"/>
    <w:link w:val="Antrat3Diagrama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E618BF"/>
  </w:style>
  <w:style w:type="paragraph" w:styleId="Porat">
    <w:name w:val="footer"/>
    <w:basedOn w:val="prastasis"/>
    <w:link w:val="PoratDiagrama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E618BF"/>
  </w:style>
  <w:style w:type="paragraph" w:styleId="Betarp">
    <w:name w:val="No Spacing"/>
    <w:uiPriority w:val="1"/>
    <w:qFormat/>
    <w:rsid w:val="00FC693F"/>
    <w:pPr>
      <w:spacing w:after="0" w:line="240" w:lineRule="auto"/>
    </w:pPr>
  </w:style>
  <w:style w:type="character" w:customStyle="1" w:styleId="Antrat1Diagrama">
    <w:name w:val="Antraštė 1 Diagrama"/>
    <w:basedOn w:val="Numatytasispastraiposriftas"/>
    <w:link w:val="Antrat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Antrat2Diagrama">
    <w:name w:val="Antraštė 2 Diagrama"/>
    <w:basedOn w:val="Numatytasispastraiposriftas"/>
    <w:link w:val="Antrat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Antrat3Diagrama">
    <w:name w:val="Antraštė 3 Diagrama"/>
    <w:basedOn w:val="Numatytasispastraiposriftas"/>
    <w:link w:val="Antrat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Sraopastraipa">
    <w:name w:val="List Paragraph"/>
    <w:basedOn w:val="prastasis"/>
    <w:uiPriority w:val="34"/>
    <w:qFormat/>
    <w:rsid w:val="00FC693F"/>
    <w:pPr>
      <w:ind w:left="720"/>
      <w:contextualSpacing/>
    </w:pPr>
  </w:style>
  <w:style w:type="paragraph" w:styleId="Pagrindinistekstas">
    <w:name w:val="Body Text"/>
    <w:basedOn w:val="prastasis"/>
    <w:link w:val="PagrindinistekstasDiagrama"/>
    <w:uiPriority w:val="99"/>
    <w:unhideWhenUsed/>
    <w:rsid w:val="00AA1D8D"/>
    <w:pPr>
      <w:spacing w:after="120"/>
    </w:p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rsid w:val="00AA1D8D"/>
  </w:style>
  <w:style w:type="paragraph" w:styleId="Pagrindinistekstas2">
    <w:name w:val="Body Text 2"/>
    <w:basedOn w:val="prastasis"/>
    <w:link w:val="Pagrindinistekstas2Diagrama"/>
    <w:uiPriority w:val="99"/>
    <w:unhideWhenUsed/>
    <w:rsid w:val="00AA1D8D"/>
    <w:pPr>
      <w:spacing w:after="120" w:line="480" w:lineRule="auto"/>
    </w:pPr>
  </w:style>
  <w:style w:type="character" w:customStyle="1" w:styleId="Pagrindinistekstas2Diagrama">
    <w:name w:val="Pagrindinis tekstas 2 Diagrama"/>
    <w:basedOn w:val="Numatytasispastraiposriftas"/>
    <w:link w:val="Pagrindinistekstas2"/>
    <w:uiPriority w:val="99"/>
    <w:rsid w:val="00AA1D8D"/>
  </w:style>
  <w:style w:type="paragraph" w:styleId="Pagrindinistekstas3">
    <w:name w:val="Body Text 3"/>
    <w:basedOn w:val="prastasis"/>
    <w:link w:val="Pagrindinistekstas3Diagrama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Pagrindinistekstas3Diagrama">
    <w:name w:val="Pagrindinis tekstas 3 Diagrama"/>
    <w:basedOn w:val="Numatytasispastraiposriftas"/>
    <w:link w:val="Pagrindinistekstas3"/>
    <w:uiPriority w:val="99"/>
    <w:rsid w:val="00AA1D8D"/>
    <w:rPr>
      <w:sz w:val="16"/>
      <w:szCs w:val="16"/>
    </w:rPr>
  </w:style>
  <w:style w:type="paragraph" w:styleId="Sraas">
    <w:name w:val="List"/>
    <w:basedOn w:val="prastasis"/>
    <w:uiPriority w:val="99"/>
    <w:unhideWhenUsed/>
    <w:rsid w:val="00AA1D8D"/>
    <w:pPr>
      <w:ind w:left="360" w:hanging="360"/>
      <w:contextualSpacing/>
    </w:pPr>
  </w:style>
  <w:style w:type="paragraph" w:styleId="Sraas2">
    <w:name w:val="List 2"/>
    <w:basedOn w:val="prastasis"/>
    <w:uiPriority w:val="99"/>
    <w:unhideWhenUsed/>
    <w:rsid w:val="00326F90"/>
    <w:pPr>
      <w:ind w:left="720" w:hanging="360"/>
      <w:contextualSpacing/>
    </w:pPr>
  </w:style>
  <w:style w:type="paragraph" w:styleId="Sraas3">
    <w:name w:val="List 3"/>
    <w:basedOn w:val="prastasis"/>
    <w:uiPriority w:val="99"/>
    <w:unhideWhenUsed/>
    <w:rsid w:val="00326F90"/>
    <w:pPr>
      <w:ind w:left="1080" w:hanging="360"/>
      <w:contextualSpacing/>
    </w:pPr>
  </w:style>
  <w:style w:type="paragraph" w:styleId="Sraassuenkleliais">
    <w:name w:val="List Bullet"/>
    <w:basedOn w:val="prastasis"/>
    <w:uiPriority w:val="99"/>
    <w:unhideWhenUsed/>
    <w:rsid w:val="00326F90"/>
    <w:pPr>
      <w:numPr>
        <w:numId w:val="1"/>
      </w:numPr>
      <w:contextualSpacing/>
    </w:pPr>
  </w:style>
  <w:style w:type="paragraph" w:styleId="Sraassuenkleliais2">
    <w:name w:val="List Bullet 2"/>
    <w:basedOn w:val="prastasis"/>
    <w:uiPriority w:val="99"/>
    <w:unhideWhenUsed/>
    <w:rsid w:val="00326F90"/>
    <w:pPr>
      <w:numPr>
        <w:numId w:val="2"/>
      </w:numPr>
      <w:contextualSpacing/>
    </w:pPr>
  </w:style>
  <w:style w:type="paragraph" w:styleId="Sraassuenkleliais3">
    <w:name w:val="List Bullet 3"/>
    <w:basedOn w:val="prastasis"/>
    <w:uiPriority w:val="99"/>
    <w:unhideWhenUsed/>
    <w:rsid w:val="00326F90"/>
    <w:pPr>
      <w:numPr>
        <w:numId w:val="3"/>
      </w:numPr>
      <w:contextualSpacing/>
    </w:pPr>
  </w:style>
  <w:style w:type="paragraph" w:styleId="Sraassunumeriais">
    <w:name w:val="List Number"/>
    <w:basedOn w:val="prastasis"/>
    <w:uiPriority w:val="99"/>
    <w:unhideWhenUsed/>
    <w:rsid w:val="00326F90"/>
    <w:pPr>
      <w:numPr>
        <w:numId w:val="5"/>
      </w:numPr>
      <w:contextualSpacing/>
    </w:pPr>
  </w:style>
  <w:style w:type="paragraph" w:styleId="Sraassunumeriais2">
    <w:name w:val="List Number 2"/>
    <w:basedOn w:val="prastasis"/>
    <w:uiPriority w:val="99"/>
    <w:unhideWhenUsed/>
    <w:rsid w:val="0029639D"/>
    <w:pPr>
      <w:numPr>
        <w:numId w:val="6"/>
      </w:numPr>
      <w:contextualSpacing/>
    </w:pPr>
  </w:style>
  <w:style w:type="paragraph" w:styleId="Sraassunumeriais3">
    <w:name w:val="List Number 3"/>
    <w:basedOn w:val="prastasis"/>
    <w:uiPriority w:val="99"/>
    <w:unhideWhenUsed/>
    <w:rsid w:val="0029639D"/>
    <w:pPr>
      <w:numPr>
        <w:numId w:val="7"/>
      </w:numPr>
      <w:contextualSpacing/>
    </w:pPr>
  </w:style>
  <w:style w:type="paragraph" w:styleId="Sraotsinys">
    <w:name w:val="List Continue"/>
    <w:basedOn w:val="prastasis"/>
    <w:uiPriority w:val="99"/>
    <w:unhideWhenUsed/>
    <w:rsid w:val="0029639D"/>
    <w:pPr>
      <w:spacing w:after="120"/>
      <w:ind w:left="360"/>
      <w:contextualSpacing/>
    </w:pPr>
  </w:style>
  <w:style w:type="paragraph" w:styleId="Sraotsinys2">
    <w:name w:val="List Continue 2"/>
    <w:basedOn w:val="prastasis"/>
    <w:uiPriority w:val="99"/>
    <w:unhideWhenUsed/>
    <w:rsid w:val="0029639D"/>
    <w:pPr>
      <w:spacing w:after="120"/>
      <w:ind w:left="720"/>
      <w:contextualSpacing/>
    </w:pPr>
  </w:style>
  <w:style w:type="paragraph" w:styleId="Sraotsinys3">
    <w:name w:val="List Continue 3"/>
    <w:basedOn w:val="prastasis"/>
    <w:uiPriority w:val="99"/>
    <w:unhideWhenUsed/>
    <w:rsid w:val="0029639D"/>
    <w:pPr>
      <w:spacing w:after="120"/>
      <w:ind w:left="1080"/>
      <w:contextualSpacing/>
    </w:pPr>
  </w:style>
  <w:style w:type="paragraph" w:styleId="Makrokomandostekstas">
    <w:name w:val="macro"/>
    <w:link w:val="MakrokomandostekstasDiagrama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okomandostekstasDiagrama">
    <w:name w:val="Makrokomandos tekstas Diagrama"/>
    <w:basedOn w:val="Numatytasispastraiposriftas"/>
    <w:link w:val="Makrokomandostekstas"/>
    <w:uiPriority w:val="99"/>
    <w:rsid w:val="0029639D"/>
    <w:rPr>
      <w:rFonts w:ascii="Courier" w:hAnsi="Courier"/>
      <w:sz w:val="20"/>
      <w:szCs w:val="20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FC693F"/>
    <w:rPr>
      <w:i/>
      <w:iCs/>
      <w:color w:val="000000" w:themeColor="text1"/>
    </w:rPr>
  </w:style>
  <w:style w:type="character" w:customStyle="1" w:styleId="CitataDiagrama">
    <w:name w:val="Citata Diagrama"/>
    <w:basedOn w:val="Numatytasispastraiposriftas"/>
    <w:link w:val="Citata"/>
    <w:uiPriority w:val="29"/>
    <w:rsid w:val="00FC693F"/>
    <w:rPr>
      <w:i/>
      <w:iCs/>
      <w:color w:val="000000" w:themeColor="text1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ntrat">
    <w:name w:val="caption"/>
    <w:basedOn w:val="prastasis"/>
    <w:next w:val="prastasis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Grietas">
    <w:name w:val="Strong"/>
    <w:basedOn w:val="Numatytasispastraiposriftas"/>
    <w:uiPriority w:val="22"/>
    <w:qFormat/>
    <w:rsid w:val="00FC693F"/>
    <w:rPr>
      <w:b/>
      <w:bCs/>
    </w:rPr>
  </w:style>
  <w:style w:type="character" w:styleId="Emfaz">
    <w:name w:val="Emphasis"/>
    <w:basedOn w:val="Numatytasispastraiposriftas"/>
    <w:uiPriority w:val="20"/>
    <w:qFormat/>
    <w:rsid w:val="00FC693F"/>
    <w:rPr>
      <w:i/>
      <w:iCs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FC693F"/>
    <w:rPr>
      <w:b/>
      <w:bCs/>
      <w:i/>
      <w:iCs/>
      <w:color w:val="4F81BD" w:themeColor="accent1"/>
    </w:rPr>
  </w:style>
  <w:style w:type="character" w:styleId="Nerykuspabraukimas">
    <w:name w:val="Subtle Emphasis"/>
    <w:basedOn w:val="Numatytasispastraiposriftas"/>
    <w:uiPriority w:val="19"/>
    <w:qFormat/>
    <w:rsid w:val="00FC693F"/>
    <w:rPr>
      <w:i/>
      <w:iCs/>
      <w:color w:val="808080" w:themeColor="text1" w:themeTint="7F"/>
    </w:rPr>
  </w:style>
  <w:style w:type="character" w:styleId="Rykuspabraukimas">
    <w:name w:val="Intense Emphasis"/>
    <w:basedOn w:val="Numatytasispastraiposriftas"/>
    <w:uiPriority w:val="21"/>
    <w:qFormat/>
    <w:rsid w:val="00FC693F"/>
    <w:rPr>
      <w:b/>
      <w:bCs/>
      <w:i/>
      <w:iCs/>
      <w:color w:val="4F81BD" w:themeColor="accent1"/>
    </w:rPr>
  </w:style>
  <w:style w:type="character" w:styleId="Nerykinuoroda">
    <w:name w:val="Subtle Reference"/>
    <w:basedOn w:val="Numatytasispastraiposriftas"/>
    <w:uiPriority w:val="31"/>
    <w:qFormat/>
    <w:rsid w:val="00FC693F"/>
    <w:rPr>
      <w:smallCaps/>
      <w:color w:val="C0504D" w:themeColor="accent2"/>
      <w:u w:val="single"/>
    </w:rPr>
  </w:style>
  <w:style w:type="character" w:styleId="Rykinuoroda">
    <w:name w:val="Intense Reference"/>
    <w:basedOn w:val="Numatytasispastraiposriftas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Knygospavadinimas">
    <w:name w:val="Book Title"/>
    <w:basedOn w:val="Numatytasispastraiposriftas"/>
    <w:uiPriority w:val="33"/>
    <w:qFormat/>
    <w:rsid w:val="00FC693F"/>
    <w:rPr>
      <w:b/>
      <w:bCs/>
      <w:smallCaps/>
      <w:spacing w:val="5"/>
    </w:rPr>
  </w:style>
  <w:style w:type="paragraph" w:styleId="Turinioantrat">
    <w:name w:val="TOC Heading"/>
    <w:basedOn w:val="Antrat1"/>
    <w:next w:val="prastasis"/>
    <w:uiPriority w:val="39"/>
    <w:semiHidden/>
    <w:unhideWhenUsed/>
    <w:qFormat/>
    <w:rsid w:val="00FC693F"/>
    <w:pPr>
      <w:outlineLvl w:val="9"/>
    </w:pPr>
  </w:style>
  <w:style w:type="table" w:styleId="Lentelstinklelis">
    <w:name w:val="Table Grid"/>
    <w:basedOn w:val="prastojilente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viesusisspalvinimas">
    <w:name w:val="Light Shading"/>
    <w:basedOn w:val="prastojilente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viesusspalvinimas1parykinimas">
    <w:name w:val="Light Shading Accent 1"/>
    <w:basedOn w:val="prastojilente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viesusspalvinimas2parykinimas">
    <w:name w:val="Light Shading Accent 2"/>
    <w:basedOn w:val="prastojilente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viesusspalvinimas3parykinimas">
    <w:name w:val="Light Shading Accent 3"/>
    <w:basedOn w:val="prastojilente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viesusspalvinimas4parykinimas">
    <w:name w:val="Light Shading Accent 4"/>
    <w:basedOn w:val="prastojilente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viesusspalvinimas5parykinimas">
    <w:name w:val="Light Shading Accent 5"/>
    <w:basedOn w:val="prastojilente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viesusspalvinimas6parykinimas">
    <w:name w:val="Light Shading Accent 6"/>
    <w:basedOn w:val="prastojilente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viesussraas">
    <w:name w:val="Light List"/>
    <w:basedOn w:val="prastojilente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viesussraas1parykinimas">
    <w:name w:val="Light List Accent 1"/>
    <w:basedOn w:val="prastojilente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viesussraas2parykinimas">
    <w:name w:val="Light List Accent 2"/>
    <w:basedOn w:val="prastojilent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viesussraas3parykinimas">
    <w:name w:val="Light List Accent 3"/>
    <w:basedOn w:val="prastojilent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viesussraas4parykinimas">
    <w:name w:val="Light List Accent 4"/>
    <w:basedOn w:val="prastojilent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viesussraas5parykinimas">
    <w:name w:val="Light List Accent 5"/>
    <w:basedOn w:val="prastojilent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viesussraas6parykinimas">
    <w:name w:val="Light List Accent 6"/>
    <w:basedOn w:val="prastojilent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viesustinklelis">
    <w:name w:val="Light Grid"/>
    <w:basedOn w:val="prastojilent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viesustinklelis1parykinimas">
    <w:name w:val="Light Grid Accent 1"/>
    <w:basedOn w:val="prastojilent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viesustinklelis2parykinimas">
    <w:name w:val="Light Grid Accent 2"/>
    <w:basedOn w:val="prastojilent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viesustinklelis3parykinimas">
    <w:name w:val="Light Grid Accent 3"/>
    <w:basedOn w:val="prastojilent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viesustinklelis4parykinimas">
    <w:name w:val="Light Grid Accent 4"/>
    <w:basedOn w:val="prastojilent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viesustinklelis5parykinimas">
    <w:name w:val="Light Grid Accent 5"/>
    <w:basedOn w:val="prastojilent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viesustinklelis6parykinimas">
    <w:name w:val="Light Grid Accent 6"/>
    <w:basedOn w:val="prastojilent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vidutinisspalvinimas">
    <w:name w:val="Medium Shading 1"/>
    <w:basedOn w:val="prastojilent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vidutinisspalvinimas1parykinimas">
    <w:name w:val="Medium Shading 1 Accent 1"/>
    <w:basedOn w:val="prastojilent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vidutinisspalvinimas2parykinimas">
    <w:name w:val="Medium Shading 1 Accent 2"/>
    <w:basedOn w:val="prastojilent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vidutinisspalvinimas3parykinimas">
    <w:name w:val="Medium Shading 1 Accent 3"/>
    <w:basedOn w:val="prastojilent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vidutinisspalvinimas4parykinimas">
    <w:name w:val="Medium Shading 1 Accent 4"/>
    <w:basedOn w:val="prastojilent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vidutinisspalvinimas5parykinimas">
    <w:name w:val="Medium Shading 1 Accent 5"/>
    <w:basedOn w:val="prastojilent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vidutinisspalvinimas6parykinimas">
    <w:name w:val="Medium Shading 1 Accent 6"/>
    <w:basedOn w:val="prastojilent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vidutinisspalvinimas">
    <w:name w:val="Medium Shading 2"/>
    <w:basedOn w:val="prastojilent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vidutinisspalvinimas1parykinimas">
    <w:name w:val="Medium Shading 2 Accent 1"/>
    <w:basedOn w:val="prastojilent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vidutinisspalvinimas2parykinimas">
    <w:name w:val="Medium Shading 2 Accent 2"/>
    <w:basedOn w:val="prastojilent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vidutinisspalvinimas3parykinimas">
    <w:name w:val="Medium Shading 2 Accent 3"/>
    <w:basedOn w:val="prastojilent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vidutinisspalvinimas4parykinimas">
    <w:name w:val="Medium Shading 2 Accent 4"/>
    <w:basedOn w:val="prastojilent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vidutinisspalvinimas5parykinimas">
    <w:name w:val="Medium Shading 2 Accent 5"/>
    <w:basedOn w:val="prastojilent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vidutinisspalvinimas6parykinimas">
    <w:name w:val="Medium Shading 2 Accent 6"/>
    <w:basedOn w:val="prastojilent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vidutinissraas">
    <w:name w:val="Medium List 1"/>
    <w:basedOn w:val="prastojilent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vidutinissraas1parykinimas">
    <w:name w:val="Medium List 1 Accent 1"/>
    <w:basedOn w:val="prastojilent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vidutinissraas2parykinimas">
    <w:name w:val="Medium List 1 Accent 2"/>
    <w:basedOn w:val="prastojilent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vidutinissraas3parykinimas">
    <w:name w:val="Medium List 1 Accent 3"/>
    <w:basedOn w:val="prastojilent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vidutinissraas4parykinimas">
    <w:name w:val="Medium List 1 Accent 4"/>
    <w:basedOn w:val="prastojilent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vidutinissraas5parykinimas">
    <w:name w:val="Medium List 1 Accent 5"/>
    <w:basedOn w:val="prastojilent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vidutinissraas6parykinimas">
    <w:name w:val="Medium List 1 Accent 6"/>
    <w:basedOn w:val="prastojilent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vidutinissraas">
    <w:name w:val="Medium List 2"/>
    <w:basedOn w:val="prastojilent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vidutinissraas1parykinimas">
    <w:name w:val="Medium List 2 Accent 1"/>
    <w:basedOn w:val="prastojilent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vidutinissraas2parykinimas">
    <w:name w:val="Medium List 2 Accent 2"/>
    <w:basedOn w:val="prastojilent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vidutinissraas3parykinimas">
    <w:name w:val="Medium List 2 Accent 3"/>
    <w:basedOn w:val="prastojilent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vidutinissraas4parykinimas">
    <w:name w:val="Medium List 2 Accent 4"/>
    <w:basedOn w:val="prastojilent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vidutinissraas5parykinimas">
    <w:name w:val="Medium List 2 Accent 5"/>
    <w:basedOn w:val="prastojilent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vidutinissraas6parykinimas">
    <w:name w:val="Medium List 2 Accent 6"/>
    <w:basedOn w:val="prastojilent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vidutinistinklelis">
    <w:name w:val="Medium Grid 1"/>
    <w:basedOn w:val="prastojilent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vidutinistinklelis1parykinimas">
    <w:name w:val="Medium Grid 1 Accent 1"/>
    <w:basedOn w:val="prastojilent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vidutinistinklelis2parykinimas">
    <w:name w:val="Medium Grid 1 Accent 2"/>
    <w:basedOn w:val="prastojilent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vidutinistinklelis3parykinimas">
    <w:name w:val="Medium Grid 1 Accent 3"/>
    <w:basedOn w:val="prastojilent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vidutinistinklelis4parykinimas">
    <w:name w:val="Medium Grid 1 Accent 4"/>
    <w:basedOn w:val="prastojilent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vidutinistinklelis5parykinimas">
    <w:name w:val="Medium Grid 1 Accent 5"/>
    <w:basedOn w:val="prastojilent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vidutinistinklelis6parykinimas">
    <w:name w:val="Medium Grid 1 Accent 6"/>
    <w:basedOn w:val="prastojilent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vidutinistinklelis">
    <w:name w:val="Medium Grid 2"/>
    <w:basedOn w:val="prastojilent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vidutinistinklelis1parykinimas">
    <w:name w:val="Medium Grid 2 Accent 1"/>
    <w:basedOn w:val="prastojilent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vidutinistinklelis2parykinimas">
    <w:name w:val="Medium Grid 2 Accent 2"/>
    <w:basedOn w:val="prastojilent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vidutinistinklelis3parykinimas">
    <w:name w:val="Medium Grid 2 Accent 3"/>
    <w:basedOn w:val="prastojilent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vidutinistinklelis4parykinimas">
    <w:name w:val="Medium Grid 2 Accent 4"/>
    <w:basedOn w:val="prastojilent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vidutinistinklelis5parykinimas">
    <w:name w:val="Medium Grid 2 Accent 5"/>
    <w:basedOn w:val="prastojilent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vidutinistinklelis6parykinimas">
    <w:name w:val="Medium Grid 2 Accent 6"/>
    <w:basedOn w:val="prastojilent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vidutinistinklelis">
    <w:name w:val="Medium Grid 3"/>
    <w:basedOn w:val="prastojilent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vidutinistinklelis1parykinimas">
    <w:name w:val="Medium Grid 3 Accent 1"/>
    <w:basedOn w:val="prastojilent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vidutinistinklelis2parykinimas">
    <w:name w:val="Medium Grid 3 Accent 2"/>
    <w:basedOn w:val="prastojilent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vidutinistinklelis3parykinimas">
    <w:name w:val="Medium Grid 3 Accent 3"/>
    <w:basedOn w:val="prastojilent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vidutinistinklelis4parykinimas">
    <w:name w:val="Medium Grid 3 Accent 4"/>
    <w:basedOn w:val="prastojilent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vidutinistinklelis5parykinimas">
    <w:name w:val="Medium Grid 3 Accent 5"/>
    <w:basedOn w:val="prastojilent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vidutinistinklelis6parykinimas">
    <w:name w:val="Medium Grid 3 Accent 6"/>
    <w:basedOn w:val="prastojilent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Tamsussraas">
    <w:name w:val="Dark List"/>
    <w:basedOn w:val="prastojilent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Tamsussraas1parykinimas">
    <w:name w:val="Dark List Accent 1"/>
    <w:basedOn w:val="prastojilent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Tamsussraas2parykinimas">
    <w:name w:val="Dark List Accent 2"/>
    <w:basedOn w:val="prastojilent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Tamsussraas3parykinimas">
    <w:name w:val="Dark List Accent 3"/>
    <w:basedOn w:val="prastojilent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Tamsussraas4parykinimas">
    <w:name w:val="Dark List Accent 4"/>
    <w:basedOn w:val="prastojilent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Tamsussraas5parykinimas">
    <w:name w:val="Dark List Accent 5"/>
    <w:basedOn w:val="prastojilent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Tamsussraas6parykinimas">
    <w:name w:val="Dark List Accent 6"/>
    <w:basedOn w:val="prastojilent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palvotasspalvinimas">
    <w:name w:val="Colorful Shading"/>
    <w:basedOn w:val="prastojilent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palvotasspalvinimas1parykinimas">
    <w:name w:val="Colorful Shading Accent 1"/>
    <w:basedOn w:val="prastojilent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palvotasspalvinimas2parykinimas">
    <w:name w:val="Colorful Shading Accent 2"/>
    <w:basedOn w:val="prastojilent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palvotasspalvinimas3parykinimas">
    <w:name w:val="Colorful Shading Accent 3"/>
    <w:basedOn w:val="prastojilent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palvotasspalvinimas4parykinimas">
    <w:name w:val="Colorful Shading Accent 4"/>
    <w:basedOn w:val="prastojilent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palvotasspalvinimas5parykinimas">
    <w:name w:val="Colorful Shading Accent 5"/>
    <w:basedOn w:val="prastojilent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palvotasspalvinimas6parykinimas">
    <w:name w:val="Colorful Shading Accent 6"/>
    <w:basedOn w:val="prastojilent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palvotassraas">
    <w:name w:val="Colorful List"/>
    <w:basedOn w:val="prastojilent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Spalvotassraas1parykinimas">
    <w:name w:val="Colorful List Accent 1"/>
    <w:basedOn w:val="prastojilent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Spalvotassraas2parykinimas">
    <w:name w:val="Colorful List Accent 2"/>
    <w:basedOn w:val="prastojilent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Spalvotassraas3parykinimas">
    <w:name w:val="Colorful List Accent 3"/>
    <w:basedOn w:val="prastojilent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Spalvotassraas4parykinimas">
    <w:name w:val="Colorful List Accent 4"/>
    <w:basedOn w:val="prastojilent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Spalvotassraas5parykinimas">
    <w:name w:val="Colorful List Accent 5"/>
    <w:basedOn w:val="prastojilent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Spalvotassraas6parykinimas">
    <w:name w:val="Colorful List Accent 6"/>
    <w:basedOn w:val="prastojilent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Spalvotastinklelis">
    <w:name w:val="Colorful Grid"/>
    <w:basedOn w:val="prastojilent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Spalvotastinklelis1parykinimas">
    <w:name w:val="Colorful Grid Accent 1"/>
    <w:basedOn w:val="prastojilent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Spalvotastinklelis2parykinimas">
    <w:name w:val="Colorful Grid Accent 2"/>
    <w:basedOn w:val="prastojilent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Spalvotastinklelis3parykinimas">
    <w:name w:val="Colorful Grid Accent 3"/>
    <w:basedOn w:val="prastojilent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palvotastinklelis4parykinimas">
    <w:name w:val="Colorful Grid Accent 4"/>
    <w:basedOn w:val="prastojilent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Spalvotastinklelis5parykinimas">
    <w:name w:val="Colorful Grid Accent 5"/>
    <w:basedOn w:val="prastojilent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Spalvotastinklelis6parykinimas">
    <w:name w:val="Colorful Grid Accent 6"/>
    <w:basedOn w:val="prastojilent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02090B42-4932-4D5D-83C4-7BC1CAC0DB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1804</Words>
  <Characters>1029</Characters>
  <Application>Microsoft Office Word</Application>
  <DocSecurity>0</DocSecurity>
  <Lines>8</Lines>
  <Paragraphs>5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2828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Irena Nevedomskienė</cp:lastModifiedBy>
  <cp:revision>6</cp:revision>
  <dcterms:created xsi:type="dcterms:W3CDTF">2026-09-11T04:03:00Z</dcterms:created>
  <dcterms:modified xsi:type="dcterms:W3CDTF">2026-09-11T08:52:00Z</dcterms:modified>
  <cp:category/>
</cp:coreProperties>
</file>